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4BFF0" w14:textId="77777777" w:rsidR="00CE3989" w:rsidRPr="0099404A" w:rsidRDefault="00000000">
      <w:pPr>
        <w:spacing w:after="360"/>
        <w:jc w:val="center"/>
        <w:rPr>
          <w:lang w:val="pt-BR"/>
        </w:rPr>
      </w:pPr>
      <w:r w:rsidRPr="0099404A">
        <w:rPr>
          <w:b/>
          <w:sz w:val="22"/>
          <w:lang w:val="pt-BR"/>
        </w:rPr>
        <w:t>TERMO DE AUTORIZAÇÃO DE USO DE IMAGEM E VOZ EM PROPAGANDA ELEITORAL</w:t>
      </w:r>
    </w:p>
    <w:p w14:paraId="30A411C9" w14:textId="77777777" w:rsidR="00CE3989" w:rsidRPr="0099404A" w:rsidRDefault="00000000">
      <w:pPr>
        <w:spacing w:after="180"/>
        <w:jc w:val="both"/>
        <w:rPr>
          <w:lang w:val="pt-BR"/>
        </w:rPr>
      </w:pPr>
      <w:r w:rsidRPr="0099404A">
        <w:rPr>
          <w:b/>
          <w:sz w:val="22"/>
          <w:lang w:val="pt-BR"/>
        </w:rPr>
        <w:t>ELEICAO 2026 NOME SOBRENOME DEPUTADO(A) FEDERAL/ESTADUAL</w:t>
      </w:r>
      <w:r w:rsidRPr="0099404A">
        <w:rPr>
          <w:sz w:val="22"/>
          <w:lang w:val="pt-BR"/>
        </w:rPr>
        <w:t xml:space="preserve">, candidato(a) a Deputado(a) Federal/Estadual por São Paulo/SP pelo partido ____________, com número de campanha _____, inscrito(a) no CNPJ sob nº ______________, doravante denominado(a) </w:t>
      </w:r>
      <w:r w:rsidRPr="0099404A">
        <w:rPr>
          <w:b/>
          <w:sz w:val="22"/>
          <w:lang w:val="pt-BR"/>
        </w:rPr>
        <w:t>CAMPANHA</w:t>
      </w:r>
      <w:r w:rsidRPr="0099404A">
        <w:rPr>
          <w:sz w:val="22"/>
          <w:lang w:val="pt-BR"/>
        </w:rPr>
        <w:t>.</w:t>
      </w:r>
    </w:p>
    <w:p w14:paraId="214B1D52" w14:textId="77777777" w:rsidR="00CE3989" w:rsidRDefault="00000000">
      <w:pPr>
        <w:keepNext/>
        <w:spacing w:after="180"/>
        <w:jc w:val="both"/>
      </w:pPr>
      <w:r>
        <w:rPr>
          <w:b/>
          <w:sz w:val="22"/>
        </w:rPr>
        <w:t>AUTORIZANTE:</w:t>
      </w:r>
    </w:p>
    <w:tbl>
      <w:tblPr>
        <w:tblStyle w:val="Tabelacomgrade"/>
        <w:tblW w:w="97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19"/>
        <w:gridCol w:w="4928"/>
      </w:tblGrid>
      <w:tr w:rsidR="00CE3989" w14:paraId="64918B12" w14:textId="77777777" w:rsidTr="0099404A">
        <w:tc>
          <w:tcPr>
            <w:tcW w:w="9747" w:type="dxa"/>
            <w:gridSpan w:val="2"/>
          </w:tcPr>
          <w:p w14:paraId="59B08956" w14:textId="77777777" w:rsidR="00CE3989" w:rsidRDefault="00000000">
            <w:pPr>
              <w:spacing w:before="40" w:after="200"/>
            </w:pPr>
            <w:r>
              <w:rPr>
                <w:sz w:val="22"/>
              </w:rPr>
              <w:t>Nome:</w:t>
            </w:r>
          </w:p>
        </w:tc>
      </w:tr>
      <w:tr w:rsidR="00CE3989" w14:paraId="39B9C658" w14:textId="77777777" w:rsidTr="0099404A">
        <w:tc>
          <w:tcPr>
            <w:tcW w:w="4819" w:type="dxa"/>
          </w:tcPr>
          <w:p w14:paraId="3E9121C8" w14:textId="77777777" w:rsidR="00CE3989" w:rsidRDefault="00000000">
            <w:pPr>
              <w:spacing w:before="40" w:after="200"/>
            </w:pPr>
            <w:r>
              <w:rPr>
                <w:sz w:val="22"/>
              </w:rPr>
              <w:t>CPF:</w:t>
            </w:r>
          </w:p>
        </w:tc>
        <w:tc>
          <w:tcPr>
            <w:tcW w:w="4928" w:type="dxa"/>
          </w:tcPr>
          <w:p w14:paraId="60C9D33D" w14:textId="77777777" w:rsidR="00CE3989" w:rsidRDefault="00000000">
            <w:pPr>
              <w:spacing w:before="40" w:after="200"/>
            </w:pPr>
            <w:r>
              <w:rPr>
                <w:sz w:val="22"/>
              </w:rPr>
              <w:t>RG:</w:t>
            </w:r>
          </w:p>
        </w:tc>
      </w:tr>
      <w:tr w:rsidR="00CE3989" w:rsidRPr="0099404A" w14:paraId="02CE2B39" w14:textId="77777777" w:rsidTr="0099404A">
        <w:tc>
          <w:tcPr>
            <w:tcW w:w="9747" w:type="dxa"/>
            <w:gridSpan w:val="2"/>
          </w:tcPr>
          <w:p w14:paraId="26FAE920" w14:textId="77777777" w:rsidR="00CE3989" w:rsidRPr="0099404A" w:rsidRDefault="00000000">
            <w:pPr>
              <w:spacing w:before="40" w:after="200"/>
              <w:rPr>
                <w:lang w:val="pt-BR"/>
              </w:rPr>
            </w:pPr>
            <w:r w:rsidRPr="0099404A">
              <w:rPr>
                <w:sz w:val="22"/>
                <w:lang w:val="pt-BR"/>
              </w:rPr>
              <w:t>Endereço (rua, nº, bairro, cidade/UF, CEP):</w:t>
            </w:r>
          </w:p>
        </w:tc>
      </w:tr>
      <w:tr w:rsidR="00CE3989" w14:paraId="17DD62E8" w14:textId="77777777" w:rsidTr="0099404A">
        <w:tc>
          <w:tcPr>
            <w:tcW w:w="9747" w:type="dxa"/>
            <w:gridSpan w:val="2"/>
          </w:tcPr>
          <w:p w14:paraId="3A5CDED5" w14:textId="77777777" w:rsidR="00CE3989" w:rsidRDefault="00000000">
            <w:pPr>
              <w:spacing w:before="40" w:after="200"/>
            </w:pPr>
            <w:r>
              <w:rPr>
                <w:sz w:val="22"/>
              </w:rPr>
              <w:t>WhatsApp:</w:t>
            </w:r>
          </w:p>
        </w:tc>
      </w:tr>
    </w:tbl>
    <w:p w14:paraId="5488A246" w14:textId="77777777" w:rsidR="00CE3989" w:rsidRPr="0099404A" w:rsidRDefault="00000000" w:rsidP="00EB289F">
      <w:pPr>
        <w:spacing w:after="180" w:before="240"/>
        <w:jc w:val="both"/>
        <w:rPr>
          <w:lang w:val="pt-BR"/>
        </w:rPr>
      </w:pPr>
      <w:r w:rsidRPr="0099404A">
        <w:rPr>
          <w:sz w:val="22"/>
          <w:lang w:val="pt-BR"/>
        </w:rPr>
        <w:t>O(A) AUTORIZANTE autoriza a CAMPANHA acima identificada a captar, utilizar e divulgar, gratuitamente, sua imagem, sua voz e seu nome em fotografias, áudios e vídeos de propaganda eleitoral, em qualquer meio – inclusive no horário eleitoral gratuito, na internet e em redes sociais, em materiais impressos e em eventos de campanha – durante as eleições gerais de 2026.</w:t>
      </w:r>
    </w:p>
    <w:p w14:paraId="5488A246" w14:textId="77777777" w:rsidR="00CE3989" w:rsidRPr="0099404A" w:rsidRDefault="00000000" w:rsidP="00EB289F">
      <w:pPr>
        <w:spacing w:after="180"/>
        <w:jc w:val="both"/>
        <w:rPr>
          <w:lang w:val="pt-BR"/>
        </w:rPr>
      </w:pPr>
      <w:r w:rsidRPr="0099404A">
        <w:rPr>
          <w:sz w:val="22"/>
          <w:lang w:val="pt-BR"/>
        </w:rPr>
        <w:t>O(A) AUTORIZANTE declara que esta autorização é espontânea e gratuita, nada tendo recebido nem havendo o que receber, a qualquer título, em razão dela, e que poderá revogá-la a qualquer tempo quanto às utilizações futuras, mediante comunicação por escrito à CAMPANHA.</w:t>
      </w:r>
    </w:p>
    <w:p w14:paraId="1261D65C" w14:textId="77777777" w:rsidR="00000000" w:rsidRDefault="00000000" w:rsidP="000B175B">
      <w:pPr>
        <w:spacing w:after="180"/>
        <w:jc w:val="both"/>
        <w:rPr>
          <w:sz w:val="22"/>
          <w:lang w:val="pt-BR"/>
        </w:rPr>
      </w:pPr>
      <w:r w:rsidRPr="00E5026D">
        <w:rPr>
          <w:sz w:val="22"/>
          <w:lang w:val="pt-BR"/>
        </w:rPr>
        <w:t>E, por ser expressão da verdade, firma o(a) AUTORIZANTE o presente termo.</w:t>
      </w:r>
    </w:p>
    <w:p w14:paraId="4E693221" w14:textId="77777777" w:rsidR="00000000" w:rsidRPr="00E5026D" w:rsidRDefault="00000000" w:rsidP="000B175B">
      <w:pPr>
        <w:spacing w:after="120"/>
        <w:ind w:left="-104"/>
        <w:jc w:val="both"/>
        <w:rPr>
          <w:lang w:val="pt-BR"/>
        </w:rPr>
      </w:pPr>
    </w:p>
    <w:p w14:paraId="34B50A5C" w14:textId="77777777" w:rsidR="00000000" w:rsidRDefault="00000000" w:rsidP="00512C20">
      <w:pPr>
        <w:spacing w:after="480"/>
        <w:jc w:val="center"/>
        <w:rPr>
          <w:sz w:val="22"/>
        </w:rPr>
      </w:pPr>
      <w:r>
        <w:rPr>
          <w:sz w:val="22"/>
        </w:rPr>
        <w:t xml:space="preserve">________________________, ____ de ______________ </w:t>
      </w:r>
      <w:proofErr w:type="spellStart"/>
      <w:r>
        <w:rPr>
          <w:sz w:val="22"/>
        </w:rPr>
        <w:t>de</w:t>
      </w:r>
      <w:proofErr w:type="spellEnd"/>
      <w:r>
        <w:rPr>
          <w:sz w:val="22"/>
        </w:rPr>
        <w:t xml:space="preserve"> 2026.</w:t>
      </w:r>
    </w:p>
    <w:p w14:paraId="5488A246" w14:textId="77777777" w:rsidR="00CE3989" w:rsidRPr="0099404A" w:rsidRDefault="00000000" w:rsidP="00EB289F">
      <w:pPr>
        <w:spacing w:after="180"/>
        <w:jc w:val="center"/>
        <w:rPr>
          <w:lang w:val="pt-BR"/>
        </w:rPr>
      </w:pPr>
      <w:r w:rsidRPr="0099404A">
        <w:rPr>
          <w:sz w:val="22"/>
          <w:lang w:val="pt-BR"/>
        </w:rPr>
        <w:t>_____________________________________________</w:t>
      </w:r>
    </w:p>
    <w:p w14:paraId="5488A246" w14:textId="77777777" w:rsidR="00CE3989" w:rsidRPr="0099404A" w:rsidRDefault="00000000" w:rsidP="00EB289F">
      <w:pPr>
        <w:spacing w:before="120" w:after="180"/>
        <w:jc w:val="center"/>
        <w:rPr>
          <w:lang w:val="pt-BR"/>
        </w:rPr>
      </w:pPr>
      <w:r w:rsidRPr="0099404A">
        <w:rPr>
          <w:sz w:val="22"/>
          <w:lang w:val="pt-BR"/>
        </w:rPr>
        <w:t>AUTORIZANTE</w:t>
      </w:r>
    </w:p>
    <w:p w14:paraId="205B3441" w14:textId="77777777" w:rsidR="00000000" w:rsidRDefault="00000000" w:rsidP="000B175B">
      <w:pPr>
        <w:spacing w:after="0" w:before="0" w:line="40" w:lineRule="exact"/>
        <w:jc w:val="both"/>
        <w:rPr>
          <w:sz w:val="2"/>
          <w:szCs w:val="2"/>
        </w:rPr>
      </w:pPr>
    </w:p>
    <w:sectPr w:rsidR="00EB38BA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9772785">
    <w:abstractNumId w:val="8"/>
  </w:num>
  <w:num w:numId="2" w16cid:durableId="1852990872">
    <w:abstractNumId w:val="6"/>
  </w:num>
  <w:num w:numId="3" w16cid:durableId="1810854003">
    <w:abstractNumId w:val="5"/>
  </w:num>
  <w:num w:numId="4" w16cid:durableId="822477027">
    <w:abstractNumId w:val="4"/>
  </w:num>
  <w:num w:numId="5" w16cid:durableId="29846014">
    <w:abstractNumId w:val="7"/>
  </w:num>
  <w:num w:numId="6" w16cid:durableId="1374232760">
    <w:abstractNumId w:val="3"/>
  </w:num>
  <w:num w:numId="7" w16cid:durableId="76026077">
    <w:abstractNumId w:val="2"/>
  </w:num>
  <w:num w:numId="8" w16cid:durableId="543641006">
    <w:abstractNumId w:val="1"/>
  </w:num>
  <w:num w:numId="9" w16cid:durableId="66075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7732"/>
    <w:rsid w:val="0029639D"/>
    <w:rsid w:val="00326F90"/>
    <w:rsid w:val="0099404A"/>
    <w:rsid w:val="00AA1D8D"/>
    <w:rsid w:val="00B47730"/>
    <w:rsid w:val="00BA26A1"/>
    <w:rsid w:val="00CB0664"/>
    <w:rsid w:val="00CE3989"/>
    <w:rsid w:val="00EB28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49CDB4"/>
  <w14:defaultImageDpi w14:val="300"/>
  <w15:docId w15:val="{BA9BD312-1B15-4150-B635-F11DFF92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Garamond" w:hAnsi="Garamond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Amaro</dc:creator>
  <cp:keywords/>
  <dc:description/>
  <cp:lastModifiedBy>André Amaro</cp:lastModifiedBy>
  <cp:revision>8</cp:revision>
  <dcterms:created xsi:type="dcterms:W3CDTF">2013-12-23T23:15:00Z</dcterms:created>
  <dcterms:modified xsi:type="dcterms:W3CDTF">2026-08-07T20:31:00Z</dcterms:modified>
  <cp:category/>
</cp:coreProperties>
</file>